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״פחות דפים, יותר למידה: על שיעורי הבית היומיים״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טקסט טיעוני · כיתה ח׳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ב. שצריך שיעורי בית רק פעמיים–שלוש בשבוע | משפט מלא: הכותבת טוענת 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א. כדי שנבין ונזדהה עם הבעיה | משפט מלא: הכותבת פותחת כך כדי…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1–ב · 2–ד · 3–א · 4–ג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א (מנוחה) · 2 – א (חזרה קצרה בתחילת השיעור)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א. כן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״פחות דפים, יותר למידה: על שיעורי הבית היומיים״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טקסט טיעוני · כיתה ח׳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לעבד – לסדר בראש ולהבין מידע חדש · בקפידה – בזהירות ובתשומת לב · הוגנות – יחס שווה וצודק לכולם · פער – הבדל גדול בין שני דברים או אנשים · משמעת עצמית – היכולת לעשות מה שצריך גם בלי שמישהו יכריח · רעננים – נחים ומלאי כוח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טקסט טיעוני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פחות דפים, יותר למידה: על שיעורי הבית היומיים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מאמר דעה של תלמידת כיתה ח׳: האם באמת צריך שיעורי בית בכל יום?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אני חוזרת מאוחר אחרי לימודים, אימון ועזרה בבית. ואז יש לי הרבה שיעורי בית. הטענה שלי: לא צריך שיעורי בית כל יום. מספיק פעמיים או שלוש בשבוע.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נימוק 1 – מנוחה. המוח צריך לנוח ולישון. תלמיד עייף לומד פחות טוב.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נימוק 2 – איכות. שיעורים פעמיים בשבוע יכולים להיות מעניינים יותר. שיעורים כל יום הם לפעמים חזרה משעממת.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נימוק 3 – הוגנות. לא לכל התלמידים יש בבית מקום שקט ועזרה. בכיתה כולם מקבלים עזרה שווה.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יש אומרים: בלי שיעורים כל יום נשכח את החומר. זה חשוב. אבל אפשר לחזור על החומר בתחילת השיעור.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סיכום: לא לבטל שיעורי בית, אלא לתת פחות. שני ערבים בשבוע בלי שיעורים. אלינור, כיתה ח׳.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לעבד – לסדר בראש ולהבין מידע חדש · בקפידה – בזהירות ובתשומת לב · הוגנות – יחס שווה וצודק לכולם · פער – הבדל גדול בין שני דברים או אנשים · משמעת עצמית – היכולת לעשות מה שצריך גם בלי שמישהו יכריח · רעננים – נחים ומלאי כוח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הכותבת חושבת?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שצריך שיעורי בית כל יום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שצריך שיעורי בית רק פעמיים–שלוש בשבוע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שצריך לבטל את בית הספר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הכותבת טוענת ש… 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למה הכותבת מתחילה בסיפור על ערב שלה?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כדי שנבין ונזדהה עם הבעיה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כדי לספר על כדורעף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כדי לשבח את המורים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הכותבת פותחת כך כדי… 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האם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לכתוב פרטים בלי להסביר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הביאו דוגמה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להכריע (כן/לא/במידה מסוימת) ולבסס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/ מנו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פרט שכתוב בטקסט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/ מי / מתי / היכן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לתת מקרה מוחשי שממחיש רעיון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את שלושת הנימוקים שהכותבת מביאה לטענתה.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אילו שלוש דרכים אחרות לתרגול קבוע מציעה הכותבת בפסקה 5?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ניתן להסיק מהנימוק השלישי על הקשר בין שיעורי בית לבין הבדלים בין תלמידים?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האם ההצעה של הכותבת בסיכום ("מפת שיעורי בית" משותפת) מעשית לדעתכם? נמקו.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אחד הנימוקים של הכותבת?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מנוחה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מחיר הספרים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מזג האוויר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מציעה הכותבת במקום שיעורי בית יומיים?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חזרה קצרה בתחילת השיעור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עוד מבחנים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לימודים בשבת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האם הכותבת שכנעה אותך?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לא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חלקית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הכותבת (לא) שכנעה אותי כי… וגם כי… 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פחות דפים, יותר למידה: על שיעורי הבית היומיים · כיתה ח׳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פחות דפים, יותר למידה: על שיעורי הבית היומיים · כיתה ח׳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