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״בקשה לשיפוץ מגרש הספורט בשכונת הגפן״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מכתב · כיתה ח׳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לראש המועצה המקומית | משפט מלא: את המכתב כתבו… והוא נשלח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מסדרות את הנימוקים | משפט מלא: המילים האלה עוזרות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1–ג · 2–ב · 3–א · 4–ד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(אין תאורה) · 2 – א (ינקו ויצבעו)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"בכבוד רב"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״בקשה לשיפוץ מגרש הספורט בשכונת הגפן״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מכתב · כיתה ח׳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הנדון – הנושא של המכתב · מתוחזק – שמטפלים בו ושומרים עליו במצב טוב · תקציב – הכסף שיש למוסד להוציא · עצומה – מכתב או רשימה שהרבה אנשים חותמים עליה כדי לבקש משהו · נציג – מי שבא בשם מישהו אחר · רווח – תועלת, דבר טוב שמקבלים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מכתב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בקשה לשיפוץ מגרש הספורט בשכונת הגפן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מכתב רשמי של מועצת התלמידים אל ראש המועצה המקומית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לכבוד ראש המועצה המקומית. הנדון: שיפוץ מגרש הספורט בשכונת הגפן. שלום רב.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אנחנו מועצת התלמידים. מגרש הספורט הוא המקום היחיד בשכונה לשחק בחינם. היום המצב שלו רע. המשטח סדוק, סל שבור, הגדר קרועה ואין תאורה.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אנחנו מבקשים לשפץ את המגרש עד הקיץ. לתקן את המשטח, הסלים, השערים והגדר. להוסיף תאורה עד תשע בערב. גם ספסלים וברזייה.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למה? 1. בטיחות: שלושה ילדים נפצעו קל. 2. בריאות: נצא מהבית ונתאמן. 3. קהילה: ילדים מכל השכונה נפגשים שם.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אנחנו רוצים לעזור. נתנדב לנקות ולצבוע. צירפנו עצומה עם 210 חתימות ותמונות.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נשמח להיפגש. תודה, יעל ומוחמד, מועצת התלמידים.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הנדון – הנושא של המכתב · מתוחזק – שמטפלים בו ושומרים עליו במצב טוב · תקציב – הכסף שיש למוסד להוציא · עצומה – מכתב או רשימה שהרבה אנשים חותמים עליה כדי לבקש משהו · נציג – מי שבא בשם מישהו אחר · רווח – תועלת, דבר טוב שמקבלים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למי נשלח המכתב?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לראש המועצה המקומית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למנהלת 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להורים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את המכתב כתבו… והוא נשלח ל… 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עושות המילים "ראשית, שנית, שלישית"?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מסדרות את הנימוקים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מביעות ניגוד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מתארות זמן ביום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המילים האלה עוזרות ל…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לדעתכם / הביעו דעה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לנקוט עמדה אישית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הקשר בין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איך שני דברים מתחברים (סיבה–תוצאה, ניגוד,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ארבעה ליקויים במגרש, על פי פסקה 2.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מציעים התלמידים לתרום בעצמם, לפי פסקה 5?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מטרת הנספחים (העצומה והתמונות) שצורפו למכתב?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מבין שלושת הנימוקים בפסקה 4 הוא המשכנע ביותר לדעתכם?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מהבאים הוא בעיה במגרש?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אין תאורה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יש יותר מדי ספסלים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הדשא גבוה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התלמידים יעשו בעצמם?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ינקו ויצבעו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יבנו מגרש חדש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ישלמו על השיפוץ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ביטוי מראה לשון רשמית?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"בכבוד רב"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"יאללה ביי"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"מה נשמע"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הלשון במכתב… למשל… הייתי משפר/ת… 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בקשה לשיפוץ מגרש הספורט בשכונת הגפן · כיתה ח׳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בקשה לשיפוץ מגרש הספורט בשכונת הגפן · כיתה ח׳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